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B2246" w14:textId="5539BD93" w:rsidR="006D42E4" w:rsidRDefault="002C04DE" w:rsidP="002C3D8E">
      <w:r>
        <w:rPr>
          <w:noProof/>
        </w:rPr>
        <w:drawing>
          <wp:inline distT="0" distB="0" distL="0" distR="0" wp14:anchorId="3F45179D" wp14:editId="6801E78B">
            <wp:extent cx="3446712" cy="2295944"/>
            <wp:effectExtent l="3810" t="0" r="0" b="0"/>
            <wp:docPr id="1326061172" name="Afbeelding 1" descr="Afbeelding met persoon, kleding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61172" name="Afbeelding 1" descr="Afbeelding met persoon, kleding, person, Menselijk gezich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9086" cy="23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A906" w14:textId="77777777" w:rsidR="006D42E4" w:rsidRDefault="00000000">
      <w:pPr>
        <w:pStyle w:val="Kop2"/>
      </w:pPr>
      <w:r>
        <w:t>Profile</w:t>
      </w:r>
    </w:p>
    <w:p w14:paraId="45A743F7" w14:textId="77777777" w:rsidR="006D42E4" w:rsidRDefault="00000000">
      <w:r>
        <w:t>Dynamic and impact-driven entrepreneur with a background in social work and youth development, now focused on building sustainable businesses and strategic investments across multiple sectors. Founder and managing director of Mogador Coaching B.V. and Collect 2 Learn Youth Center, combining social impact with strong business acumen.</w:t>
      </w:r>
      <w:r>
        <w:br/>
      </w:r>
      <w:r>
        <w:br/>
        <w:t>With over six years of entrepreneurial experience and an expanding international real estate portfolio, I am passionate about creating opportunities for growth, education, and community empowerment — while developing ventures that deliver both social and financial value.</w:t>
      </w:r>
    </w:p>
    <w:p w14:paraId="3CE72D14" w14:textId="77777777" w:rsidR="006D42E4" w:rsidRDefault="00000000">
      <w:pPr>
        <w:pStyle w:val="Kop2"/>
      </w:pPr>
      <w:r>
        <w:t>Professional Experience</w:t>
      </w:r>
    </w:p>
    <w:p w14:paraId="0BB923A6" w14:textId="77777777" w:rsidR="006D42E4" w:rsidRDefault="00000000">
      <w:r>
        <w:t>Founder &amp; Managing Director — Mogador Coaching B.V.</w:t>
      </w:r>
      <w:r>
        <w:br/>
        <w:t>Eindhoven, The Netherlands | 2020 – Present</w:t>
      </w:r>
    </w:p>
    <w:p w14:paraId="58994070" w14:textId="77777777" w:rsidR="006D42E4" w:rsidRDefault="00000000">
      <w:r>
        <w:t>Mogador Coaching specializes in youth guidance, family coaching, and personal development programs, integrating movement-based therapy, resilience coaching, and multidisciplinary care.</w:t>
      </w:r>
      <w:r>
        <w:br/>
        <w:t>• Scaled the company into a trusted regional brand in youth and family coaching.</w:t>
      </w:r>
      <w:r>
        <w:br/>
        <w:t>• Managed a growing team of certified coaches and therapists.</w:t>
      </w:r>
      <w:r>
        <w:br/>
        <w:t>• Developed structured programs for resilience training and behavioral development.</w:t>
      </w:r>
      <w:r>
        <w:br/>
        <w:t>• Built long-term collaborations with healthcare and education institutions.</w:t>
      </w:r>
    </w:p>
    <w:p w14:paraId="0A49FE2E" w14:textId="77777777" w:rsidR="006D42E4" w:rsidRDefault="00000000">
      <w:r>
        <w:t>Founder &amp; Director — Collect 2 Learn Youth Center</w:t>
      </w:r>
      <w:r>
        <w:br/>
        <w:t>The Netherlands | 2021 – Present</w:t>
      </w:r>
    </w:p>
    <w:p w14:paraId="53A8D6FE" w14:textId="77777777" w:rsidR="006D42E4" w:rsidRDefault="00000000">
      <w:r>
        <w:lastRenderedPageBreak/>
        <w:t>A youth and education center focused on creating learning and growth opportunities for young people through coaching, sport, and creative programs.</w:t>
      </w:r>
      <w:r>
        <w:br/>
        <w:t>• Established the center as a local hub for personal growth and empowerment.</w:t>
      </w:r>
      <w:r>
        <w:br/>
        <w:t>• Designed and implemented education-focused community initiatives.</w:t>
      </w:r>
      <w:r>
        <w:br/>
        <w:t>• Oversaw operations, partnerships, and program development.</w:t>
      </w:r>
      <w:r>
        <w:br/>
        <w:t>• Secured strategic funding and partnerships for program expansion.</w:t>
      </w:r>
    </w:p>
    <w:p w14:paraId="0F4CB587" w14:textId="77777777" w:rsidR="006D42E4" w:rsidRDefault="00000000">
      <w:r>
        <w:t>Founder — Nomad Founders Network (Startup)</w:t>
      </w:r>
      <w:r>
        <w:br/>
        <w:t>Launch: January 2025</w:t>
      </w:r>
    </w:p>
    <w:p w14:paraId="0CDCBB10" w14:textId="77777777" w:rsidR="006D42E4" w:rsidRDefault="00000000">
      <w:r>
        <w:t>A global community connecting founders, entrepreneurs, and investors focused on collaboration, digital innovation, and sustainable business.</w:t>
      </w:r>
      <w:r>
        <w:br/>
        <w:t>• Designed the concept and brand identity of Nomad Founders Network.</w:t>
      </w:r>
      <w:r>
        <w:br/>
        <w:t>• Leading development and launch planning for Q1 2025.</w:t>
      </w:r>
      <w:r>
        <w:br/>
        <w:t>• Building partnerships and early membership from the global startup ecosystem.</w:t>
      </w:r>
    </w:p>
    <w:p w14:paraId="0B00FF13" w14:textId="77777777" w:rsidR="006D42E4" w:rsidRDefault="00000000">
      <w:pPr>
        <w:pStyle w:val="Kop2"/>
      </w:pPr>
      <w:r>
        <w:t>Real Estate Portfolio</w:t>
      </w:r>
    </w:p>
    <w:p w14:paraId="40464076" w14:textId="77777777" w:rsidR="006D42E4" w:rsidRDefault="00000000">
      <w:r>
        <w:t>Strategic private investments in residential and development properties across high-growth regions:</w:t>
      </w:r>
      <w:r>
        <w:br/>
        <w:t>• Villa, Marrakesh (Hivernage District) – Luxury residential property.</w:t>
      </w:r>
      <w:r>
        <w:br/>
        <w:t>• Development Land, Dakhla (Morocco) – Early-stage land investment for future development.</w:t>
      </w:r>
      <w:r>
        <w:br/>
        <w:t>• Residential Apartment, Dubai Hills (UAE) – Premium asset within a growing global market.</w:t>
      </w:r>
      <w:r>
        <w:br/>
        <w:t>• Property Assets, Marrakesh – Long-term investment holdings.</w:t>
      </w:r>
    </w:p>
    <w:p w14:paraId="6223D06C" w14:textId="77777777" w:rsidR="006D42E4" w:rsidRDefault="00000000">
      <w:pPr>
        <w:pStyle w:val="Kop2"/>
      </w:pPr>
      <w:r>
        <w:t>Education</w:t>
      </w:r>
    </w:p>
    <w:p w14:paraId="12FFAC1C" w14:textId="77777777" w:rsidR="006D42E4" w:rsidRDefault="00000000">
      <w:r>
        <w:t>Bachelor’s Degree in Social Work (Agogisch Studies)</w:t>
      </w:r>
      <w:r>
        <w:br/>
        <w:t>Fontys University of Applied Sciences — Eindhoven, The Netherlands</w:t>
      </w:r>
      <w:r>
        <w:br/>
      </w:r>
      <w:r>
        <w:br/>
        <w:t>Kinesiology Studies (Ongoing)</w:t>
      </w:r>
      <w:r>
        <w:br/>
        <w:t>Gilde Opleidingen — The Netherlands</w:t>
      </w:r>
    </w:p>
    <w:p w14:paraId="757A5EB9" w14:textId="77777777" w:rsidR="006D42E4" w:rsidRDefault="00000000">
      <w:pPr>
        <w:pStyle w:val="Kop2"/>
      </w:pPr>
      <w:r>
        <w:t>Key Skills</w:t>
      </w:r>
    </w:p>
    <w:p w14:paraId="7290D404" w14:textId="77777777" w:rsidR="006D42E4" w:rsidRDefault="00000000">
      <w:r>
        <w:t>• Entrepreneurship &amp; Business Development</w:t>
      </w:r>
      <w:r>
        <w:br/>
        <w:t>• Strategic Investment &amp; Asset Growth</w:t>
      </w:r>
      <w:r>
        <w:br/>
        <w:t>• Leadership &amp; Team Management</w:t>
      </w:r>
      <w:r>
        <w:br/>
        <w:t>• Community &amp; Social Impact Strategy</w:t>
      </w:r>
      <w:r>
        <w:br/>
        <w:t>• International Networking &amp; Partnerships</w:t>
      </w:r>
      <w:r>
        <w:br/>
        <w:t>• Real Estate Investment &amp; Portfolio Management</w:t>
      </w:r>
      <w:r>
        <w:br/>
        <w:t>• Mentoring &amp; Coaching</w:t>
      </w:r>
    </w:p>
    <w:p w14:paraId="3922A48D" w14:textId="77777777" w:rsidR="006D42E4" w:rsidRDefault="00000000">
      <w:pPr>
        <w:pStyle w:val="Kop2"/>
      </w:pPr>
      <w:r>
        <w:lastRenderedPageBreak/>
        <w:t>Languages</w:t>
      </w:r>
    </w:p>
    <w:p w14:paraId="010F7BE2" w14:textId="77777777" w:rsidR="006D42E4" w:rsidRDefault="00000000">
      <w:r>
        <w:t>Dutch — Native</w:t>
      </w:r>
      <w:r>
        <w:br/>
        <w:t>English — Fluent</w:t>
      </w:r>
      <w:r>
        <w:br/>
        <w:t>Arabic — Conversational</w:t>
      </w:r>
    </w:p>
    <w:p w14:paraId="4A104B97" w14:textId="77777777" w:rsidR="006D42E4" w:rsidRDefault="00000000">
      <w:pPr>
        <w:pStyle w:val="Kop2"/>
      </w:pPr>
      <w:r>
        <w:t>Additional Information</w:t>
      </w:r>
    </w:p>
    <w:p w14:paraId="6E30CC6D" w14:textId="77777777" w:rsidR="006D42E4" w:rsidRDefault="00000000">
      <w:r>
        <w:t>• Founder of multiple ventures combining entrepreneurship, education, and social impact.</w:t>
      </w:r>
      <w:r>
        <w:br/>
        <w:t>• Active investor in real estate and startup ecosystems in Europe, North Africa, and the Middle East.</w:t>
      </w:r>
      <w:r>
        <w:br/>
        <w:t>• Preparing to launch Nomad Founders Network — a global entrepreneurs’ community (January 2025).</w:t>
      </w:r>
    </w:p>
    <w:sectPr w:rsidR="006D42E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24159941">
    <w:abstractNumId w:val="8"/>
  </w:num>
  <w:num w:numId="2" w16cid:durableId="668560196">
    <w:abstractNumId w:val="6"/>
  </w:num>
  <w:num w:numId="3" w16cid:durableId="716203499">
    <w:abstractNumId w:val="5"/>
  </w:num>
  <w:num w:numId="4" w16cid:durableId="1451972260">
    <w:abstractNumId w:val="4"/>
  </w:num>
  <w:num w:numId="5" w16cid:durableId="177085662">
    <w:abstractNumId w:val="7"/>
  </w:num>
  <w:num w:numId="6" w16cid:durableId="499740144">
    <w:abstractNumId w:val="3"/>
  </w:num>
  <w:num w:numId="7" w16cid:durableId="1672635569">
    <w:abstractNumId w:val="2"/>
  </w:num>
  <w:num w:numId="8" w16cid:durableId="1596209106">
    <w:abstractNumId w:val="1"/>
  </w:num>
  <w:num w:numId="9" w16cid:durableId="214519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C04DE"/>
    <w:rsid w:val="002C3D8E"/>
    <w:rsid w:val="00326F90"/>
    <w:rsid w:val="004A1A44"/>
    <w:rsid w:val="006D42E4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8867EA"/>
  <w14:defaultImageDpi w14:val="300"/>
  <w15:docId w15:val="{15C4AEC5-8970-0945-9866-4A04DD96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  <w:rPr>
      <w:rFonts w:ascii="Calibri" w:hAnsi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2897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Badr Arissa</cp:lastModifiedBy>
  <cp:revision>2</cp:revision>
  <dcterms:created xsi:type="dcterms:W3CDTF">2025-11-01T10:21:00Z</dcterms:created>
  <dcterms:modified xsi:type="dcterms:W3CDTF">2025-11-01T10:21:00Z</dcterms:modified>
  <cp:category/>
</cp:coreProperties>
</file>